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СОГЛАСИЕ</w:t>
        <w:br/>
        <w:t>на обработку персональных данных</w:t>
      </w:r>
    </w:p>
    <w:p>
      <w:r>
        <w:t>Настоящим пользователь сайта favoritum.ru свободно, своей волей и в своем интересе дает ИП Маркиной Евгении Андреевне, ИНН 503210217270, ОГРНИП 325774600672040, согласие на обработку персональных данных, указанных в форме обратной связи и добровольно направленных документах.</w:t>
      </w:r>
    </w:p>
    <w:p>
      <w:r>
        <w:t>1. Перечень данных: имя, номер телефона, адрес электронной почты, наименование компании, содержание обращения, сведения в приложенных файлах, а также технические данные, формируемые при использовании сайта.</w:t>
      </w:r>
    </w:p>
    <w:p>
      <w:r>
        <w:t>2. Цели: прием и рассмотрение заявки; связь с пользователем; подготовка предложения, договора и технического задания; оказание консультационных услуг; исполнение требований законодательства.</w:t>
      </w:r>
    </w:p>
    <w:p>
      <w:r>
        <w:t>3. Действия: сбор, запись, систематизация, накопление, хранение, уточнение, извлечение, использование, передача лицам, обеспечивающим работу сайта, связи и документооборота, блокирование, удаление и уничтожение.</w:t>
      </w:r>
    </w:p>
    <w:p>
      <w:r>
        <w:t>4. Способы: автоматизированная и неавтоматизированная обработка.</w:t>
      </w:r>
    </w:p>
    <w:p>
      <w:r>
        <w:t>5. Срок: до достижения целей обработки, но не более 3 лет после последнего обращения, если более длительное хранение не требуется по договору или закону.</w:t>
      </w:r>
    </w:p>
    <w:p>
      <w:r>
        <w:t>6. Отзыв: согласие может быть отозвано путем направления заявления на 5350721@mail.ru. Отзыв не влияет на законность обработки, выполненной до его получения, и не прекращает обработку при наличии иных законных оснований.</w:t>
      </w:r>
    </w:p>
    <w:p>
      <w:r>
        <w:t>7. Пользователь подтверждает, что обладает правом передавать указанные данные и не направляет специальные категории персональных данных, биометрические данные или сведения третьих лиц без соответствующего законного основания.</w:t>
      </w:r>
    </w:p>
    <w:p>
      <w:r>
        <w:t>8. Нажатие кнопки «Отправить заявку» при установленном флажке согласия является простой электронной формой выражения согласия.</w:t>
      </w:r>
    </w:p>
    <w:p>
      <w:r>
        <w:t>Дата редакции: 30 июля 2026 года.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6"/>
      </w:rPr>
      <w:t>FavorITum - ИП Маркина Евгения Андреевна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73A5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020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0202F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173A5E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 Маркина Евгения Андреевна</dc:creator>
  <cp:keywords/>
  <dc:description/>
  <cp:lastModifiedBy>ИП Маркина Евгения Андреевна</cp:lastModifiedBy>
  <cp:revision>1</cp:revision>
  <dcterms:created xsi:type="dcterms:W3CDTF">2013-12-23T23:15:00Z</dcterms:created>
  <dcterms:modified xsi:type="dcterms:W3CDTF">2013-12-23T23:15:00Z</dcterms:modified>
  <cp:category/>
</cp:coreProperties>
</file>